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–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ארבע דילמות ערכיות מתקופת כהונתו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עובדות לפרשנות ולנמק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ערכים כמו כבוד האדם, שלום וצניעות למקרים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66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להחזיר את כל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כ-28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בהר הזיתים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ממשלת בגין החליטה כן לקלוט אותם ולתת להם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בכרטיס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משפחתו גרה בדירה קטנה והוא ביקש קבורה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מוצג בכל כרטיס דילמה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דילמה לערך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(כבוד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(שלום ואחריות ממלכתית)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(עמידה בעקרונות וכבוד)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בעד - עזרה לנזקקים; נגד - קושי כלכלי לקלוט פליטים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מתייחס לכך שגם זרים הזקוקים לעזרה ראויים ליחס מכבד ולעזרה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ללמוד להמשיך לפעול לפי עקרונות גם כשמפסידים, ולא לוותר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דילמה, מציג/ה עמדה ברורה (מסכים/מתלבט/חושב אחרת) ומנמק/ת בשני טיעונים הקשורים לערכים שהוצגו (כבוד האדם, שלום, התמדה, צניעות)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רלוונטית מחיי בית הספר המקושרת לאחד הערכים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שדילמה היא מצב עם שיקולים מנוגדים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דילמה וערך מתאים מתוך הארבע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הגיוני, לא חובה תשובה 'נכונה'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קבוצתי קצר על כל דילמה לפני המענה בכתב, תוך הדגשת כללי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לארבע קבוצות, כל קבוצה מתמקדת בדילמה אחת ומציגה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להבהיר שאין תשובה 'נכונה' יחידה בחלקי העמדה האישית - המטרה היא נימוק מכבד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–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ארבעה סיפורים קטנים על מנחם בגין. בכל סיפור יש החלטה קשה. נלמד להגיד מה אנחנו חושבים ולהסביר 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קשה להחליט כי יש שיקולים לכאן ולכאן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פליטים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שברחו מהמדינה שלהם כי היה להם מסוכן להישאר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כנסת שלא נמצאים בממשלה ומבקרים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מראש משהו שחשוב לך כדי להשיג משהו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לחיות בפשטות, בלי להתהדר בכוח או בעושר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ממלכתית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לטובת המדינה כולה, גם כשזה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האדם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שאומר שצריך להתייחס לכל אדם בכבוד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כתובה בין מדינות לסיים סכסוך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פליטים הגיעו בסירה?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ישראל הסכימה לתת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להחזיר את כל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סיני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שטח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לבנות יישובים חדשים בסיני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בגין לא היה בממשלה?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כ-28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בגין רצה להיקבר?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בהיכל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הקברות הצבאי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הערך שרואים בדירה הקטנה?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ממשלת בגין החליטה לא לקלוט את פליטי וייטנאם.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בחוזה השלום עם מצרים ישראל פינתה יישובים מסיני.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באופוזיציה ברציפות משנת 1949 עד 1977.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חי בפאר רב כראש 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הדילמה מבקשים מהתלמידים לבחור עמדה: מסכים, מתלבט או חושב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הספינה הישראלית אספה פליטים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בחוזה השלום ישראל התחייבה להחזיר למצרים את חצי האי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היה חבר כנסת ב__________ במשך שנים רבות.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משפחת בגין גרה שנים רבות בדירה קטנה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ביקש להיקבר בקבורה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דילמה לערך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קליטת פליטי וייטנאם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ויתור על 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עמידה בעקרונות וכבוד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שנים רבות באופוזיציה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שלום ואחריות ממלכתית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דירה קטנה וקבורה פשוטה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כבוד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מהדילמות וכתבו שתי מילים: שיקול בעד ושיקול נגד ההחלטה.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מה הקשר בין סיפור הפליטים לערך כבוד האדם.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ניתן ללמוד מהתמדתו של בגין באופוזיציה על התמודדות עם הפסד?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מארבע הדילמות וכתבו פסקה קצרה: מה דעתכם/ן - מסכימים, מתלבטים או חושבים אחרת? נמקו בשני טיעונים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מחיי בית הספר למצב שבו נדרשת החלטה דומה לאחת הדילמות (למשל עזרה לתלמיד/ה חדש/ה, ויתור למען הסכם, התמדה אחרי הפסד).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דילמה?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לדילמה שלמדנו היום ולערך המרכזי שבה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דעתכם/ן - האם קשה יותר להיות מנהיג/ה צנוע/ה או מנהיג/ה שמתמיד/ה באופוזיציה? נמקו בקצרה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דילמה –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