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דילמה –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ארבע דילמות ערכיות מתקופת כהונתו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עובדות לפרשנות ולנמק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ערכים כמו כבוד האדם, שלום וצניעות למקרים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66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להחזיר את כל 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בהר הזיתים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ממשלת בגין החליטה כן לקלוט אותם ולתת להם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בכרטיס הדילמה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אופוזיציה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דילמה לערך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(כבוד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(שלום ואחריות ממלכתית)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(עמידה בעקרונות וכבוד)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(צניעות)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למשל: בעד - עזרה לנזקקים; נגד - קושי כלכלי לקלוט פליטים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מתייחס לכך שגם זרים הזקוקים לעזרה ראויים ליחס מכבד ולעזרה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דילמה, מציג/ה עמדה ברורה (מסכים/מתלבט/חושב אחרת) ומנמק/ת בשני טיעונים הקשורים לערכים שהוצגו (כבוד האדם, שלום, התמדה, צניעות)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שדילמה היא מצב עם שיקולים מנוגדים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דילמה וערך מתאים מתוך הארבע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הגיוני, לא חובה תשובה 'נכונה'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קבוצתי קצר על כל דילמה לפני המענה בכתב, תוך הדגשת כללי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לארבע קבוצות, כל קבוצה מתמקדת בדילמה אחת ומציגה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להבהיר שאין תשובה 'נכונה' יחידה בחלקי העמדה האישית - המטרה היא נימוק מכבד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דילמה –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ארבע דילמות שעמדו בפני מנחם בגין כראש ממשלה: קליטת פליטים, ויתור על שטח למען שלום, התמדה באופוזיציה וצניעות אישית. נתרגל להביע עמדה מנומקת.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אופוזיציה  ·  וייטנאם  ·  סיני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פליטים מווייטנאם אספה הספינה הישראלית?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ישראל התחייבה לעשות בחוזה השלום עם 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להחזיר את כל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לשמור על סיני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לקבל שטח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היכן ביקש בגין להיקבר?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בהר הזיתים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בהיכל הזיכרון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בחו״ל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ממשלת בגין החליטה לא לקלוט את פליטי וייטנאם.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בחוזה השלום עם מצרים ישראל פינתה יישובים מסיני.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היה באופוזיציה ברציפות משנת 1949 עד 1977.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הספינה הישראלית אספה פליטים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בחוזה השלום ישראל התחייבה להחזיר למצרים את חצי האי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בגין היה חבר כנסת ב__________ במשך שנים רבות.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דילמה לערך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קליטת פליטי וייטנאם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עמידה בעקרונות וכבוד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ויתור על 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כבוד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שנים רבות באופוזיציה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צניעות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דירה קטנה וקבורה פשוטה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שלום ואחריות ממלכתית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מהדילמות וכתבו שתי מילים: שיקול בעד ושיקול נגד ההחלטה.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במשפט אחד מה הקשר בין סיפור הפליטים לערך כבוד האדם.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מארבע הדילמות וכתבו פסקה קצרה: מה דעתכם/ן - מסכימים, מתלבטים או חושבים אחרת? נמקו בשני טיעונים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דילמה?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לדילמה שלמדנו היום ולערך המרכזי שבה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דילמה –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